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175C"/>
          <w:sz w:val="36"/>
        </w:rPr>
        <w:t>SELLO EDITORIAL SOPECIN</w:t>
      </w:r>
    </w:p>
    <w:p>
      <w:pPr>
        <w:spacing w:after="80"/>
        <w:jc w:val="center"/>
      </w:pPr>
      <w:r>
        <w:rPr>
          <w:b w:val="0"/>
          <w:sz w:val="28"/>
        </w:rPr>
        <w:t>Formatos modelo del expediente editorial</w:t>
      </w:r>
    </w:p>
    <w:p>
      <w:pPr>
        <w:spacing w:after="360"/>
        <w:jc w:val="center"/>
      </w:pPr>
      <w:r>
        <w:rPr>
          <w:b w:val="0"/>
          <w:sz w:val="20"/>
        </w:rPr>
        <w:t>Prefijo editorial ISBN 978-612-99383 · Agencia Peruana del ISBN – Biblioteca Nacional del Perú</w:t>
      </w:r>
    </w:p>
    <w:p>
      <w:pPr>
        <w:spacing w:after="240"/>
        <w:jc w:val="both"/>
      </w:pPr>
      <w:r>
        <w:rPr>
          <w:b w:val="0"/>
          <w:sz w:val="22"/>
        </w:rPr>
        <w:t>Instrucciones: reemplace los campos entre corchetes (en verde) con los datos de la obra. Envíe los formatos F-01, F-02 y F-03 firmados, junto con el manuscrito completo, a publicaciones@sopecin.org.pe. Los formatos F-04 a F-08 los emite el Comité Evaluador y los evaluadores pares; F-09 y F-10 se firman en la fase de publicación.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Código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Formato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Lo completa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Fase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F-01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Solicitud de evaluación y eventual publicación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Autor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Postulación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F-02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Ficha de postulación editorial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Autor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Postulación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F-03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Declaración de autoría, originalidad y procedencia I+D+i+e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Autor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Postulación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F-04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Acta de admisibilidad editorial y similitud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Comité Evaluador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Admisibilidad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F-05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Rúbrica individual de evaluación por pares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Evaluador par (ciego)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Evaluación por pares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F-06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Consolidado de evaluación por pares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Comité Evaluador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Decisión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F-07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Acta de decisión académica y editorial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Comité Evaluador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Decisión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F-08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Carta de aceptación de obra luego de evaluación por pares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Comité Evaluador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Decisión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F-09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Solicitud y autorización para publicación digital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Autor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Publicación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F-10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Constancia de cierre del expediente editorial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Comité y Autor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Publicación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SOLICITUD DE EVALUACIÓN Y EVENTUAL PUBLICACIÓN</w:t>
      </w:r>
      <w:r>
        <w:rPr>
          <w:color w:val="5A6684"/>
          <w:sz w:val="18"/>
        </w:rPr>
        <w:br/>
        <w:t>F-01</w:t>
      </w:r>
    </w:p>
    <w:p>
      <w:pPr>
        <w:spacing w:after="120"/>
        <w:jc w:val="right"/>
      </w:pPr>
      <w:r>
        <w:rPr>
          <w:b/>
          <w:color w:val="0B7A52"/>
        </w:rPr>
        <w:t>[Ciudad]</w:t>
      </w:r>
      <w:r>
        <w:rPr>
          <w:b/>
        </w:rPr>
        <w:t xml:space="preserve">, </w:t>
      </w:r>
      <w:r>
        <w:rPr>
          <w:b/>
          <w:color w:val="0B7A52"/>
        </w:rPr>
        <w:t>[día]</w:t>
      </w:r>
      <w:r>
        <w:rPr>
          <w:b/>
        </w:rPr>
        <w:t xml:space="preserve"> de </w:t>
      </w:r>
      <w:r>
        <w:rPr>
          <w:b/>
          <w:color w:val="0B7A52"/>
        </w:rPr>
        <w:t>[mes]</w:t>
      </w:r>
      <w:r>
        <w:rPr>
          <w:b/>
        </w:rPr>
        <w:t xml:space="preserve"> de </w:t>
      </w:r>
      <w:r>
        <w:rPr>
          <w:b/>
          <w:color w:val="0B7A52"/>
        </w:rPr>
        <w:t>[año]</w:t>
      </w:r>
    </w:p>
    <w:p>
      <w:pPr>
        <w:spacing w:after="160"/>
      </w:pPr>
      <w:r>
        <w:rPr>
          <w:b w:val="0"/>
        </w:rPr>
        <w:t>Señor(a)</w:t>
      </w:r>
      <w:r>
        <w:br/>
      </w:r>
      <w:r>
        <w:rPr>
          <w:b w:val="0"/>
          <w:color w:val="0B7A52"/>
        </w:rPr>
        <w:t>[Grado y nombre completo]</w:t>
      </w:r>
      <w:r>
        <w:br/>
      </w:r>
      <w:r>
        <w:rPr>
          <w:b w:val="0"/>
        </w:rPr>
        <w:t>Presidente(a) del Comité Evaluador</w:t>
      </w:r>
      <w:r>
        <w:br/>
      </w:r>
      <w:r>
        <w:rPr>
          <w:b w:val="0"/>
        </w:rPr>
        <w:t>Sociedad Peruana de Ciencia e Innovación – SOPECIN</w:t>
      </w:r>
    </w:p>
    <w:p>
      <w:pPr>
        <w:spacing w:after="120"/>
        <w:jc w:val="both"/>
      </w:pPr>
      <w:r>
        <w:rPr>
          <w:b w:val="0"/>
        </w:rPr>
        <w:t>Presente.-</w:t>
      </w:r>
    </w:p>
    <w:p>
      <w:pPr>
        <w:spacing w:after="120"/>
      </w:pPr>
      <w:r>
        <w:rPr>
          <w:b/>
        </w:rPr>
        <w:t>Asunto: Solicitud de evaluación y eventual publicación bajo el Sello Editorial SOPECIN</w:t>
      </w:r>
    </w:p>
    <w:p>
      <w:pPr>
        <w:spacing w:after="120"/>
        <w:jc w:val="both"/>
      </w:pPr>
      <w:r>
        <w:rPr>
          <w:b w:val="0"/>
        </w:rPr>
        <w:t xml:space="preserve">Yo, </w:t>
      </w:r>
      <w:r>
        <w:rPr>
          <w:b w:val="0"/>
          <w:color w:val="0B7A52"/>
        </w:rPr>
        <w:t>[grado y nombre completo]</w:t>
      </w:r>
      <w:r>
        <w:rPr>
          <w:b w:val="0"/>
        </w:rPr>
        <w:t xml:space="preserve">, en calidad de </w:t>
      </w:r>
      <w:r>
        <w:rPr>
          <w:b w:val="0"/>
          <w:color w:val="0B7A52"/>
        </w:rPr>
        <w:t>[autor único / autor principal / coordinador de la obra]</w:t>
      </w:r>
      <w:r>
        <w:rPr>
          <w:b w:val="0"/>
        </w:rPr>
        <w:t>, presento la obra titulada “</w:t>
      </w:r>
      <w:r>
        <w:rPr>
          <w:b w:val="0"/>
          <w:color w:val="0B7A52"/>
        </w:rPr>
        <w:t>[Título: Subtítulo]</w:t>
      </w:r>
      <w:r>
        <w:rPr>
          <w:b w:val="0"/>
        </w:rPr>
        <w:t>” y solicito que sea admitida al procedimiento editorial de SOPECIN para su evaluación por pares.</w:t>
      </w:r>
    </w:p>
    <w:p>
      <w:pPr>
        <w:spacing w:after="120"/>
        <w:jc w:val="both"/>
      </w:pPr>
      <w:r>
        <w:rPr>
          <w:b w:val="0"/>
        </w:rPr>
        <w:t xml:space="preserve">Declaro que la obra deriva y se vincula con actividades de Investigación, Desarrollo, Innovación y Emprendimiento (I+D+i+e), y </w:t>
      </w:r>
      <w:r>
        <w:rPr>
          <w:b w:val="0"/>
          <w:color w:val="0B7A52"/>
        </w:rPr>
        <w:t>[describa en una o dos líneas el propósito y aporte principal de la obra]</w:t>
      </w:r>
      <w:r>
        <w:rPr>
          <w:b w:val="0"/>
        </w:rPr>
        <w:t>.</w:t>
      </w:r>
    </w:p>
    <w:p>
      <w:pPr>
        <w:spacing w:after="120"/>
        <w:jc w:val="both"/>
      </w:pPr>
      <w:r>
        <w:rPr>
          <w:b w:val="0"/>
        </w:rPr>
        <w:t>En caso de obtener dictamen favorable y cumplir los requisitos editoriales correspondientes, solicito que la obra continúe el proceso para su publicación digital bajo el Sello Editorial SOPECIN.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color w:val="0B7A52"/>
                <w:sz w:val="22"/>
              </w:rPr>
              <w:t>[Autor único / Autor principal]</w:t>
              <w:br/>
            </w:r>
            <w:r>
              <w:rPr>
                <w:b w:val="0"/>
                <w:sz w:val="22"/>
              </w:rPr>
              <w:t xml:space="preserve">ORCID </w:t>
            </w:r>
            <w:r>
              <w:rPr>
                <w:b w:val="0"/>
                <w:color w:val="0B7A52"/>
                <w:sz w:val="22"/>
              </w:rPr>
              <w:t>[0000-0000-0000-0000]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FICHA DE POSTULACIÓN EDITORIAL</w:t>
      </w:r>
      <w:r>
        <w:rPr>
          <w:color w:val="5A6684"/>
          <w:sz w:val="18"/>
        </w:rPr>
        <w:br/>
        <w:t>F-02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</w:tcPr>
          <w:p>
            <w:r/>
            <w:r>
              <w:rPr>
                <w:b/>
                <w:sz w:val="21"/>
              </w:rPr>
              <w:t>Campo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21"/>
              </w:rPr>
              <w:t>Información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Título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[Título: Subtítulo]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Tipo de obra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[Libro / Capítulo de libro]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Autor(es) y rol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[Nombre completo – autor único / autor / coautor / coordinador]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ORCID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[0000-0000-0000-0000]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Fecha de presentación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[día]</w:t>
            </w:r>
            <w:r>
              <w:rPr>
                <w:b w:val="0"/>
                <w:sz w:val="21"/>
              </w:rPr>
              <w:t xml:space="preserve"> de </w:t>
            </w:r>
            <w:r>
              <w:rPr>
                <w:b w:val="0"/>
                <w:color w:val="0B7A52"/>
                <w:sz w:val="21"/>
              </w:rPr>
              <w:t>[mes]</w:t>
            </w:r>
            <w:r>
              <w:rPr>
                <w:b w:val="0"/>
                <w:sz w:val="21"/>
              </w:rPr>
              <w:t xml:space="preserve"> de </w:t>
            </w:r>
            <w:r>
              <w:rPr>
                <w:b w:val="0"/>
                <w:color w:val="0B7A52"/>
                <w:sz w:val="21"/>
              </w:rPr>
              <w:t>[año]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Clasificación I+D+i+e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[Investigación / Desarrollo / Innovación / Emprendimiento / Mixta]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Área / disciplina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[Área del conocimiento y línea temática]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Palabras clave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[3 a 6 palabras clave separadas por punto y coma]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Lugar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[Ciudad – País]</w:t>
            </w:r>
          </w:p>
        </w:tc>
      </w:tr>
    </w:tbl>
    <w:p>
      <w:pPr>
        <w:spacing w:after="40"/>
      </w:pP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color w:val="0B7A52"/>
                <w:sz w:val="22"/>
              </w:rPr>
              <w:t>[Rol en la obra]</w:t>
              <w:br/>
            </w:r>
            <w:r>
              <w:rPr>
                <w:b w:val="0"/>
                <w:sz w:val="22"/>
              </w:rPr>
              <w:t xml:space="preserve">ORCID </w:t>
            </w:r>
            <w:r>
              <w:rPr>
                <w:b w:val="0"/>
                <w:color w:val="0B7A52"/>
                <w:sz w:val="22"/>
              </w:rPr>
              <w:t>[0000-0000-0000-0000]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DECLARACIÓN DE AUTORÍA, ORIGINALIDAD Y PROCEDENCIA I+D+I+E</w:t>
      </w:r>
      <w:r>
        <w:rPr>
          <w:color w:val="5A6684"/>
          <w:sz w:val="18"/>
        </w:rPr>
        <w:br/>
        <w:t>F-03</w:t>
      </w:r>
    </w:p>
    <w:p>
      <w:pPr>
        <w:spacing w:after="120"/>
        <w:jc w:val="both"/>
      </w:pPr>
      <w:r>
        <w:rPr>
          <w:b w:val="0"/>
        </w:rPr>
        <w:t xml:space="preserve">Yo, </w:t>
      </w:r>
      <w:r>
        <w:rPr>
          <w:b w:val="0"/>
          <w:color w:val="0B7A52"/>
        </w:rPr>
        <w:t>[grado y nombre completo]</w:t>
      </w:r>
      <w:r>
        <w:rPr>
          <w:b w:val="0"/>
        </w:rPr>
        <w:t xml:space="preserve">, ORCID </w:t>
      </w:r>
      <w:r>
        <w:rPr>
          <w:b w:val="0"/>
          <w:color w:val="0B7A52"/>
        </w:rPr>
        <w:t>[0000-0000-0000-0000]</w:t>
      </w:r>
      <w:r>
        <w:rPr>
          <w:b w:val="0"/>
        </w:rPr>
        <w:t xml:space="preserve">, declaro bajo responsabilidad que soy </w:t>
      </w:r>
      <w:r>
        <w:rPr>
          <w:b w:val="0"/>
          <w:color w:val="0B7A52"/>
        </w:rPr>
        <w:t>[autor único / coautor]</w:t>
      </w:r>
      <w:r>
        <w:rPr>
          <w:b w:val="0"/>
        </w:rPr>
        <w:t xml:space="preserve"> de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”; que las fuentes y contribuciones de terceros han sido reconocidas; y que la obra fue presentada a SOPECIN el </w:t>
      </w:r>
      <w:r>
        <w:rPr>
          <w:b w:val="0"/>
          <w:color w:val="0B7A52"/>
        </w:rPr>
        <w:t>[día]</w:t>
      </w:r>
      <w:r>
        <w:rPr>
          <w:b w:val="0"/>
        </w:rPr>
        <w:t xml:space="preserve">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  <w:r>
        <w:rPr>
          <w:b w:val="0"/>
        </w:rPr>
        <w:t xml:space="preserve"> para su evaluación y eventual publicación.</w:t>
      </w:r>
    </w:p>
    <w:p>
      <w:pPr>
        <w:spacing w:after="120"/>
        <w:jc w:val="both"/>
      </w:pPr>
      <w:r>
        <w:rPr>
          <w:b w:val="0"/>
        </w:rPr>
        <w:t xml:space="preserve">Declaro que la obra desarrolla </w:t>
      </w:r>
      <w:r>
        <w:rPr>
          <w:b w:val="0"/>
          <w:color w:val="0B7A52"/>
        </w:rPr>
        <w:t>[describa la propuesta: investigación, metodología, desarrollo tecnológico, innovación o emprendimiento]</w:t>
      </w:r>
      <w:r>
        <w:rPr>
          <w:b w:val="0"/>
        </w:rPr>
        <w:t xml:space="preserve"> vinculada con I+D+i+e. Asimismo, declaro que corresponde informar cualquier conflicto de interés, material protegido de terceros o uso de herramientas de Inteligencia Artificial conforme a las políticas editoriales de SOPECIN.</w:t>
      </w:r>
    </w:p>
    <w:p>
      <w:pPr>
        <w:spacing w:after="120"/>
        <w:jc w:val="both"/>
      </w:pPr>
      <w:r>
        <w:rPr>
          <w:b w:val="0"/>
        </w:rPr>
        <w:t xml:space="preserve">Conflicto de interés: </w:t>
      </w:r>
      <w:r>
        <w:rPr>
          <w:b w:val="0"/>
          <w:color w:val="0B7A52"/>
        </w:rPr>
        <w:t>[Ninguno / Describir]</w:t>
      </w:r>
      <w:r>
        <w:rPr>
          <w:b w:val="0"/>
        </w:rPr>
        <w:t xml:space="preserve">. Material de terceros con permiso: </w:t>
      </w:r>
      <w:r>
        <w:rPr>
          <w:b w:val="0"/>
          <w:color w:val="0B7A52"/>
        </w:rPr>
        <w:t>[No aplica / Describir]</w:t>
      </w:r>
      <w:r>
        <w:rPr>
          <w:b w:val="0"/>
        </w:rPr>
        <w:t xml:space="preserve">. Uso de herramientas de IA: </w:t>
      </w:r>
      <w:r>
        <w:rPr>
          <w:b w:val="0"/>
          <w:color w:val="0B7A52"/>
        </w:rPr>
        <w:t>[No / Sí – indicar herramienta y finalidad]</w:t>
      </w:r>
      <w:r>
        <w:rPr>
          <w:b w:val="0"/>
        </w:rPr>
        <w:t>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color w:val="0B7A52"/>
                <w:sz w:val="22"/>
              </w:rPr>
              <w:t>[Rol en la obra]</w:t>
              <w:br/>
            </w:r>
            <w:r>
              <w:rPr>
                <w:b w:val="0"/>
                <w:sz w:val="22"/>
              </w:rPr>
              <w:t xml:space="preserve">ORCID </w:t>
            </w:r>
            <w:r>
              <w:rPr>
                <w:b w:val="0"/>
                <w:color w:val="0B7A52"/>
                <w:sz w:val="22"/>
              </w:rPr>
              <w:t>[0000-0000-0000-0000]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ACTA DE ADMISIBILIDAD EDITORIAL Y SIMILITUD</w:t>
      </w:r>
      <w:r>
        <w:rPr>
          <w:color w:val="5A6684"/>
          <w:sz w:val="18"/>
        </w:rPr>
        <w:br/>
        <w:t>F-04</w:t>
      </w:r>
    </w:p>
    <w:p>
      <w:pPr>
        <w:spacing w:after="120"/>
        <w:jc w:val="both"/>
      </w:pPr>
      <w:r>
        <w:rPr>
          <w:b w:val="0"/>
        </w:rPr>
        <w:t xml:space="preserve">El </w:t>
      </w:r>
      <w:r>
        <w:rPr>
          <w:b w:val="0"/>
          <w:color w:val="0B7A52"/>
        </w:rPr>
        <w:t>[día]</w:t>
      </w:r>
      <w:r>
        <w:rPr>
          <w:b w:val="0"/>
        </w:rPr>
        <w:t xml:space="preserve">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  <w:r>
        <w:rPr>
          <w:b w:val="0"/>
        </w:rPr>
        <w:t>, el Sello Editorial SOPECIN efectuó la revisión preliminar del expediente correspondiente a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”, presentada por </w:t>
      </w:r>
      <w:r>
        <w:rPr>
          <w:b w:val="0"/>
          <w:color w:val="0B7A52"/>
        </w:rPr>
        <w:t>[grado y nombre completo]</w:t>
      </w:r>
      <w:r>
        <w:rPr>
          <w:b w:val="0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5669"/>
      </w:tblGrid>
      <w:tr>
        <w:tc>
          <w:tcPr>
            <w:tcW w:type="dxa" w:w="3402"/>
          </w:tcPr>
          <w:p>
            <w:r/>
            <w:r>
              <w:rPr>
                <w:b/>
                <w:sz w:val="21"/>
              </w:rPr>
              <w:t>Verificación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21"/>
              </w:rPr>
              <w:t>Resultado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Manuscrito y expediente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[Admisible / Observado]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Pertinencia con la línea editorial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[Cumple / No cumple]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Procedencia / trazabilidad I+D+i+e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[Cumple / No cumple]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Software de similitud (antiplagio)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[Nombre del software]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Resultado informado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[__]</w:t>
            </w:r>
            <w:r>
              <w:rPr>
                <w:b w:val="0"/>
                <w:sz w:val="21"/>
              </w:rPr>
              <w:t xml:space="preserve"> %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Máximo previsto por metodología SOPECIN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21"/>
              </w:rPr>
              <w:t>20 %, con las exclusiones establecidas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sz w:val="21"/>
              </w:rPr>
              <w:t>Decisión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color w:val="0B7A52"/>
                <w:sz w:val="21"/>
              </w:rPr>
              <w:t>[ADMISIBLE PARA EVALUACIÓN POR PARES / NO ADMISIBLE]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/>
          <w:sz w:val="20"/>
        </w:rPr>
        <w:t>El reporte original del análisis de similitud deberá conservarse incorporado al expediente como sustento documental.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sz w:val="22"/>
              </w:rPr>
              <w:t>Presidente(a) del Comité Evaluador</w:t>
              <w:br/>
            </w:r>
            <w:r>
              <w:rPr>
                <w:b w:val="0"/>
                <w:sz w:val="22"/>
              </w:rPr>
              <w:t>SOPECIN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RÚBRICA INDIVIDUAL DE EVALUACIÓN POR PARES</w:t>
      </w:r>
      <w:r>
        <w:rPr>
          <w:color w:val="5A6684"/>
          <w:sz w:val="18"/>
        </w:rPr>
        <w:br/>
        <w:t>F-05</w:t>
      </w:r>
    </w:p>
    <w:p>
      <w:pPr>
        <w:spacing w:after="160"/>
      </w:pPr>
      <w:r>
        <w:rPr>
          <w:b w:val="0"/>
        </w:rPr>
        <w:t xml:space="preserve">Obra: </w:t>
      </w:r>
      <w:r>
        <w:rPr>
          <w:b w:val="0"/>
          <w:color w:val="0B7A52"/>
        </w:rPr>
        <w:t>[Título: Subtítulo]</w:t>
      </w:r>
      <w:r>
        <w:br/>
      </w:r>
      <w:r>
        <w:rPr>
          <w:b w:val="0"/>
        </w:rPr>
        <w:t xml:space="preserve">Código del evaluador: EP </w:t>
      </w:r>
      <w:r>
        <w:rPr>
          <w:b w:val="0"/>
          <w:color w:val="0B7A52"/>
        </w:rPr>
        <w:t>[año]</w:t>
      </w:r>
      <w:r>
        <w:rPr>
          <w:b w:val="0"/>
        </w:rPr>
        <w:t>/</w:t>
      </w:r>
      <w:r>
        <w:rPr>
          <w:b w:val="0"/>
          <w:color w:val="0B7A52"/>
        </w:rPr>
        <w:t>[número]</w:t>
      </w:r>
      <w:r>
        <w:br/>
      </w:r>
      <w:r>
        <w:rPr>
          <w:b w:val="0"/>
        </w:rPr>
        <w:t xml:space="preserve">Fecha de dictamen: </w:t>
      </w:r>
      <w:r>
        <w:rPr>
          <w:b w:val="0"/>
          <w:color w:val="0B7A52"/>
        </w:rPr>
        <w:t>[día]</w:t>
      </w:r>
      <w:r>
        <w:rPr>
          <w:b w:val="0"/>
        </w:rPr>
        <w:t xml:space="preserve">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4876"/>
        <w:gridCol w:w="1077"/>
        <w:gridCol w:w="1304"/>
        <w:gridCol w:w="1191"/>
      </w:tblGrid>
      <w:tr>
        <w:tc>
          <w:tcPr>
            <w:tcW w:type="dxa" w:w="624"/>
          </w:tcPr>
          <w:p>
            <w:r/>
            <w:r>
              <w:rPr>
                <w:b/>
                <w:sz w:val="21"/>
              </w:rPr>
              <w:t>N°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21"/>
              </w:rPr>
              <w:t>Criterio</w:t>
            </w:r>
          </w:p>
        </w:tc>
        <w:tc>
          <w:tcPr>
            <w:tcW w:type="dxa" w:w="1077"/>
          </w:tcPr>
          <w:p>
            <w:r/>
            <w:r>
              <w:rPr>
                <w:b/>
                <w:sz w:val="21"/>
              </w:rPr>
              <w:t>Peso</w:t>
            </w:r>
          </w:p>
        </w:tc>
        <w:tc>
          <w:tcPr>
            <w:tcW w:type="dxa" w:w="1304"/>
          </w:tcPr>
          <w:p>
            <w:r/>
            <w:r>
              <w:rPr>
                <w:b/>
                <w:sz w:val="21"/>
              </w:rPr>
              <w:t>Calif. (1–5)</w:t>
            </w:r>
          </w:p>
        </w:tc>
        <w:tc>
          <w:tcPr>
            <w:tcW w:type="dxa" w:w="1191"/>
          </w:tcPr>
          <w:p>
            <w:r/>
            <w:r>
              <w:rPr>
                <w:b/>
                <w:sz w:val="21"/>
              </w:rPr>
              <w:t>Pond.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Origen y trazabilidad en I+D+i+e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10 %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Problema, necesidad u oportunidad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10 %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Originalidad y aporte al conocimiento o solución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Rigor científico y metodológico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Resultados y evidencia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Desarrollo, innovación y/o nivel de madurez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10 %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7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Aplicabilidad, transferencia e impacto potencial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10 %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8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Discusión, conclusiones y limitaciones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9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Calidad académica y editorial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21"/>
              </w:rPr>
              <w:t>10</w:t>
            </w:r>
          </w:p>
        </w:tc>
        <w:tc>
          <w:tcPr>
            <w:tcW w:type="dxa" w:w="4876"/>
          </w:tcPr>
          <w:p>
            <w:r/>
            <w:r>
              <w:rPr>
                <w:b w:val="0"/>
                <w:sz w:val="21"/>
              </w:rPr>
              <w:t>Integridad científica, ética y propiedad intelectual</w:t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5 %</w:t>
            </w:r>
          </w:p>
        </w:tc>
        <w:tc>
          <w:tcPr>
            <w:tcW w:type="dxa" w:w="1304"/>
          </w:tcPr>
          <w:p>
            <w:r/>
          </w:p>
        </w:tc>
        <w:tc>
          <w:tcPr>
            <w:tcW w:type="dxa" w:w="1191"/>
          </w:tcPr>
          <w:p>
            <w:r/>
          </w:p>
        </w:tc>
      </w:tr>
      <w:tr>
        <w:tc>
          <w:tcPr>
            <w:tcW w:type="dxa" w:w="624"/>
          </w:tcPr>
          <w:p>
            <w:r/>
          </w:p>
        </w:tc>
        <w:tc>
          <w:tcPr>
            <w:tcW w:type="dxa" w:w="4876"/>
          </w:tcPr>
          <w:p>
            <w:r/>
          </w:p>
        </w:tc>
        <w:tc>
          <w:tcPr>
            <w:tcW w:type="dxa" w:w="1077"/>
          </w:tcPr>
          <w:p>
            <w:r/>
            <w:r>
              <w:rPr>
                <w:b w:val="0"/>
                <w:sz w:val="21"/>
              </w:rPr>
              <w:t>100 %</w:t>
            </w:r>
          </w:p>
        </w:tc>
        <w:tc>
          <w:tcPr>
            <w:tcW w:type="dxa" w:w="1304"/>
          </w:tcPr>
          <w:p>
            <w:r/>
            <w:r>
              <w:rPr>
                <w:b w:val="0"/>
                <w:sz w:val="21"/>
              </w:rPr>
              <w:t>TOTAL</w:t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color w:val="0B7A52"/>
                <w:sz w:val="21"/>
              </w:rPr>
              <w:t>[__]</w:t>
            </w:r>
            <w:r>
              <w:rPr>
                <w:b w:val="0"/>
                <w:sz w:val="21"/>
              </w:rPr>
              <w:t>/100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i/>
          <w:sz w:val="20"/>
        </w:rPr>
        <w:t>Ponderado = Peso × Calificación ÷ 5. Ejemplo: criterio de 15 % calificado con 4 → 12 puntos.</w:t>
      </w:r>
    </w:p>
    <w:p>
      <w:pPr>
        <w:spacing w:after="120"/>
        <w:jc w:val="both"/>
      </w:pPr>
      <w:r>
        <w:rPr>
          <w:b w:val="0"/>
        </w:rPr>
        <w:t xml:space="preserve">Dictamen: </w:t>
      </w:r>
      <w:r>
        <w:rPr>
          <w:b w:val="0"/>
          <w:color w:val="0B7A52"/>
        </w:rPr>
        <w:t>[ACEPTADO / según regla de decisión SOPECIN]</w:t>
      </w:r>
      <w:r>
        <w:rPr>
          <w:b w:val="0"/>
        </w:rPr>
        <w:t>.</w:t>
      </w:r>
    </w:p>
    <w:p>
      <w:pPr>
        <w:spacing w:after="120"/>
        <w:jc w:val="both"/>
      </w:pPr>
      <w:r>
        <w:rPr>
          <w:b w:val="0"/>
        </w:rPr>
        <w:t xml:space="preserve">Observaciones y recomendaciones al autor: </w:t>
      </w:r>
      <w:r>
        <w:rPr>
          <w:b w:val="0"/>
          <w:color w:val="0B7A52"/>
        </w:rPr>
        <w:t>[texto del evaluador]</w:t>
      </w:r>
      <w:r>
        <w:rPr>
          <w:b w:val="0"/>
        </w:rPr>
        <w:t>.</w:t>
      </w:r>
    </w:p>
    <w:p>
      <w:pPr>
        <w:spacing w:after="120"/>
      </w:pPr>
      <w:r>
        <w:rPr>
          <w:b w:val="0"/>
          <w:i/>
          <w:sz w:val="20"/>
        </w:rPr>
        <w:t>Cada evaluador asigna y firma personalmente sus calificaciones. La identidad del evaluador se reemplaza por su código en todos los documentos que recibe el autor.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sz w:val="22"/>
              </w:rPr>
              <w:t>Firma del evaluador</w:t>
              <w:br/>
            </w:r>
            <w:r>
              <w:rPr>
                <w:b w:val="0"/>
                <w:sz w:val="22"/>
              </w:rPr>
              <w:t xml:space="preserve">Código: EP </w:t>
            </w:r>
            <w:r>
              <w:rPr>
                <w:b w:val="0"/>
                <w:color w:val="0B7A52"/>
                <w:sz w:val="22"/>
              </w:rPr>
              <w:t>[año]</w:t>
            </w:r>
            <w:r>
              <w:rPr>
                <w:b w:val="0"/>
                <w:sz w:val="22"/>
              </w:rPr>
              <w:t>/</w:t>
            </w:r>
            <w:r>
              <w:rPr>
                <w:b w:val="0"/>
                <w:color w:val="0B7A52"/>
                <w:sz w:val="22"/>
              </w:rPr>
              <w:t>[número]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CONSOLIDADO DE EVALUACIÓN POR PARES</w:t>
      </w:r>
      <w:r>
        <w:rPr>
          <w:color w:val="5A6684"/>
          <w:sz w:val="18"/>
        </w:rPr>
        <w:br/>
        <w:t>F-06</w:t>
      </w:r>
    </w:p>
    <w:p>
      <w:pPr>
        <w:spacing w:after="120"/>
        <w:jc w:val="both"/>
      </w:pPr>
      <w:r>
        <w:rPr>
          <w:b w:val="0"/>
        </w:rPr>
        <w:t xml:space="preserve">Fecha de consolidación: </w:t>
      </w:r>
      <w:r>
        <w:rPr>
          <w:b w:val="0"/>
          <w:color w:val="0B7A52"/>
        </w:rPr>
        <w:t>[día]</w:t>
      </w:r>
      <w:r>
        <w:rPr>
          <w:b w:val="0"/>
        </w:rPr>
        <w:t xml:space="preserve">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2268"/>
        <w:gridCol w:w="2835"/>
      </w:tblGrid>
      <w:tr>
        <w:tc>
          <w:tcPr>
            <w:tcW w:type="dxa" w:w="3969"/>
          </w:tcPr>
          <w:p>
            <w:r/>
            <w:r>
              <w:rPr>
                <w:b/>
                <w:sz w:val="21"/>
              </w:rPr>
              <w:t>Evaluador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1"/>
              </w:rPr>
              <w:t>Puntaje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1"/>
              </w:rPr>
              <w:t>Dictamen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21"/>
              </w:rPr>
              <w:t xml:space="preserve">Evaluador 1 (EP </w:t>
            </w:r>
            <w:r>
              <w:rPr>
                <w:b w:val="0"/>
                <w:color w:val="0B7A52"/>
                <w:sz w:val="21"/>
              </w:rPr>
              <w:t>[año]</w:t>
            </w:r>
            <w:r>
              <w:rPr>
                <w:b w:val="0"/>
                <w:sz w:val="21"/>
              </w:rPr>
              <w:t>/</w:t>
            </w:r>
            <w:r>
              <w:rPr>
                <w:b w:val="0"/>
                <w:color w:val="0B7A52"/>
                <w:sz w:val="21"/>
              </w:rPr>
              <w:t>[número]</w:t>
            </w:r>
            <w:r>
              <w:rPr>
                <w:b w:val="0"/>
                <w:sz w:val="21"/>
              </w:rPr>
              <w:t>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0B7A52"/>
                <w:sz w:val="21"/>
              </w:rPr>
              <w:t>[__]</w:t>
            </w:r>
            <w:r>
              <w:rPr>
                <w:b w:val="0"/>
                <w:sz w:val="21"/>
              </w:rPr>
              <w:t>/100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color w:val="0B7A52"/>
                <w:sz w:val="21"/>
              </w:rPr>
              <w:t>[Dictamen]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21"/>
              </w:rPr>
              <w:t xml:space="preserve">Evaluador 2 (EP </w:t>
            </w:r>
            <w:r>
              <w:rPr>
                <w:b w:val="0"/>
                <w:color w:val="0B7A52"/>
                <w:sz w:val="21"/>
              </w:rPr>
              <w:t>[año]</w:t>
            </w:r>
            <w:r>
              <w:rPr>
                <w:b w:val="0"/>
                <w:sz w:val="21"/>
              </w:rPr>
              <w:t>/</w:t>
            </w:r>
            <w:r>
              <w:rPr>
                <w:b w:val="0"/>
                <w:color w:val="0B7A52"/>
                <w:sz w:val="21"/>
              </w:rPr>
              <w:t>[número]</w:t>
            </w:r>
            <w:r>
              <w:rPr>
                <w:b w:val="0"/>
                <w:sz w:val="21"/>
              </w:rPr>
              <w:t>)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0B7A52"/>
                <w:sz w:val="21"/>
              </w:rPr>
              <w:t>[__]</w:t>
            </w:r>
            <w:r>
              <w:rPr>
                <w:b w:val="0"/>
                <w:sz w:val="21"/>
              </w:rPr>
              <w:t>/100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color w:val="0B7A52"/>
                <w:sz w:val="21"/>
              </w:rPr>
              <w:t>[Dictamen]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21"/>
              </w:rPr>
              <w:t>Promedio consolidado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color w:val="0B7A52"/>
                <w:sz w:val="21"/>
              </w:rPr>
              <w:t>[__]</w:t>
            </w:r>
            <w:r>
              <w:rPr>
                <w:b w:val="0"/>
                <w:sz w:val="21"/>
              </w:rPr>
              <w:t>/100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color w:val="0B7A52"/>
                <w:sz w:val="21"/>
              </w:rPr>
              <w:t>[DICTAMEN]</w:t>
            </w:r>
          </w:p>
        </w:tc>
      </w:tr>
    </w:tbl>
    <w:p>
      <w:pPr>
        <w:spacing w:after="40"/>
      </w:pPr>
    </w:p>
    <w:p>
      <w:pPr>
        <w:spacing w:after="120"/>
        <w:jc w:val="both"/>
      </w:pPr>
      <w:r>
        <w:rPr>
          <w:b w:val="0"/>
        </w:rPr>
        <w:t xml:space="preserve">Conforme a la regla de decisión de SOPECIN, el promedio consolidado de </w:t>
      </w:r>
      <w:r>
        <w:rPr>
          <w:b w:val="0"/>
          <w:color w:val="0B7A52"/>
        </w:rPr>
        <w:t>[__]</w:t>
      </w:r>
      <w:r>
        <w:rPr>
          <w:b w:val="0"/>
        </w:rPr>
        <w:t xml:space="preserve">/100 se ubica en el rango de </w:t>
      </w:r>
      <w:r>
        <w:rPr>
          <w:b w:val="0"/>
          <w:color w:val="0B7A52"/>
        </w:rPr>
        <w:t>[__]</w:t>
      </w:r>
      <w:r>
        <w:rPr>
          <w:b w:val="0"/>
        </w:rPr>
        <w:t xml:space="preserve"> a </w:t>
      </w:r>
      <w:r>
        <w:rPr>
          <w:b w:val="0"/>
          <w:color w:val="0B7A52"/>
        </w:rPr>
        <w:t>[__]</w:t>
      </w:r>
      <w:r>
        <w:rPr>
          <w:b w:val="0"/>
        </w:rPr>
        <w:t xml:space="preserve"> puntos, correspondiente al dictamen “</w:t>
      </w:r>
      <w:r>
        <w:rPr>
          <w:b w:val="0"/>
          <w:color w:val="0B7A52"/>
        </w:rPr>
        <w:t>[dictamen]</w:t>
      </w:r>
      <w:r>
        <w:rPr>
          <w:b w:val="0"/>
        </w:rPr>
        <w:t>”. El rango de 90 a 100 puntos corresponde al dictamen “Aceptado”.</w:t>
      </w:r>
    </w:p>
    <w:p>
      <w:pPr>
        <w:spacing w:after="120"/>
        <w:jc w:val="both"/>
      </w:pPr>
      <w:r>
        <w:rPr>
          <w:b w:val="0"/>
        </w:rPr>
        <w:t>La consolidación se realiza sobre los puntajes comunicados por ambos pares. Las rúbricas individuales firmadas constituyen el sustento del presente consolidado.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sz w:val="22"/>
              </w:rPr>
              <w:t>Presidente(a) del Comité Evaluador</w:t>
              <w:br/>
            </w:r>
            <w:r>
              <w:rPr>
                <w:b w:val="0"/>
                <w:sz w:val="22"/>
              </w:rPr>
              <w:t>SOPECIN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ACTA DE DECISIÓN ACADÉMICA Y EDITORIAL</w:t>
      </w:r>
      <w:r>
        <w:rPr>
          <w:color w:val="5A6684"/>
          <w:sz w:val="18"/>
        </w:rPr>
        <w:br/>
        <w:t>F-07</w:t>
      </w:r>
    </w:p>
    <w:p>
      <w:pPr>
        <w:spacing w:after="120"/>
        <w:jc w:val="both"/>
      </w:pPr>
      <w:r>
        <w:rPr>
          <w:b w:val="0"/>
        </w:rPr>
        <w:t xml:space="preserve">En </w:t>
      </w:r>
      <w:r>
        <w:rPr>
          <w:b w:val="0"/>
          <w:color w:val="0B7A52"/>
        </w:rPr>
        <w:t>[ciudad]</w:t>
      </w:r>
      <w:r>
        <w:rPr>
          <w:b w:val="0"/>
        </w:rPr>
        <w:t xml:space="preserve">, Perú, a los </w:t>
      </w:r>
      <w:r>
        <w:rPr>
          <w:b w:val="0"/>
          <w:color w:val="0B7A52"/>
        </w:rPr>
        <w:t>[día]</w:t>
      </w:r>
      <w:r>
        <w:rPr>
          <w:b w:val="0"/>
        </w:rPr>
        <w:t xml:space="preserve"> días del mes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  <w:r>
        <w:rPr>
          <w:b w:val="0"/>
        </w:rPr>
        <w:t xml:space="preserve">, el Comité Evaluador del Sello Editorial SOPECIN revisó el expediente iniciado el </w:t>
      </w:r>
      <w:r>
        <w:rPr>
          <w:b w:val="0"/>
          <w:color w:val="0B7A52"/>
        </w:rPr>
        <w:t>[fecha de presentación]</w:t>
      </w:r>
      <w:r>
        <w:rPr>
          <w:b w:val="0"/>
        </w:rPr>
        <w:t>, correspondiente a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”, de autoría de </w:t>
      </w:r>
      <w:r>
        <w:rPr>
          <w:b w:val="0"/>
          <w:color w:val="0B7A52"/>
        </w:rPr>
        <w:t>[grado y nombre completo]</w:t>
      </w:r>
      <w:r>
        <w:rPr>
          <w:b w:val="0"/>
        </w:rPr>
        <w:t>.</w:t>
      </w:r>
    </w:p>
    <w:p>
      <w:pPr>
        <w:spacing w:after="120"/>
        <w:jc w:val="both"/>
      </w:pPr>
      <w:r>
        <w:rPr>
          <w:b w:val="0"/>
        </w:rPr>
        <w:t xml:space="preserve">Se deja constancia de un resultado de similitud de </w:t>
      </w:r>
      <w:r>
        <w:rPr>
          <w:b w:val="0"/>
          <w:color w:val="0B7A52"/>
        </w:rPr>
        <w:t>[__]</w:t>
      </w:r>
      <w:r>
        <w:rPr>
          <w:b w:val="0"/>
        </w:rPr>
        <w:t xml:space="preserve"> %, así como de dos evaluaciones por pares con puntajes de </w:t>
      </w:r>
      <w:r>
        <w:rPr>
          <w:b w:val="0"/>
          <w:color w:val="0B7A52"/>
        </w:rPr>
        <w:t>[__]</w:t>
      </w:r>
      <w:r>
        <w:rPr>
          <w:b w:val="0"/>
        </w:rPr>
        <w:t xml:space="preserve">/100 y </w:t>
      </w:r>
      <w:r>
        <w:rPr>
          <w:b w:val="0"/>
          <w:color w:val="0B7A52"/>
        </w:rPr>
        <w:t>[__]</w:t>
      </w:r>
      <w:r>
        <w:rPr>
          <w:b w:val="0"/>
        </w:rPr>
        <w:t xml:space="preserve">/100, cuyo promedio consolidado asciende a </w:t>
      </w:r>
      <w:r>
        <w:rPr>
          <w:b w:val="0"/>
          <w:color w:val="0B7A52"/>
        </w:rPr>
        <w:t>[__]</w:t>
      </w:r>
      <w:r>
        <w:rPr>
          <w:b w:val="0"/>
        </w:rPr>
        <w:t>/100.</w:t>
      </w:r>
    </w:p>
    <w:p>
      <w:pPr>
        <w:spacing w:after="120"/>
        <w:jc w:val="both"/>
      </w:pPr>
      <w:r>
        <w:rPr>
          <w:b w:val="0"/>
        </w:rPr>
        <w:t xml:space="preserve">En consecuencia, el Comité Evaluador acuerda declarar la obra </w:t>
      </w:r>
      <w:r>
        <w:rPr>
          <w:b w:val="0"/>
          <w:color w:val="0B7A52"/>
        </w:rPr>
        <w:t>[ACEPTADA / dictamen que corresponda]</w:t>
      </w:r>
      <w:r>
        <w:rPr>
          <w:b w:val="0"/>
        </w:rPr>
        <w:t xml:space="preserve"> para continuar el proceso de publicación digital bajo el Sello Editorial SOPECIN, sujeto al cumplimiento de los requisitos editoriales y documentales correspondientes.</w:t>
      </w:r>
    </w:p>
    <w:p>
      <w:pPr>
        <w:spacing w:after="120"/>
        <w:jc w:val="both"/>
      </w:pPr>
      <w:r>
        <w:rPr>
          <w:b w:val="0"/>
        </w:rPr>
        <w:t>La aprobación académica y editorial no constituye certificación oficial de niveles TRL/CRL, acreditación de una tecnología, validación comercial ni garantía de impacto futuro.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sz w:val="22"/>
              </w:rPr>
              <w:t>Presidente(a) del Comité Evaluador</w:t>
              <w:br/>
            </w:r>
            <w:r>
              <w:rPr>
                <w:b w:val="0"/>
                <w:sz w:val="22"/>
              </w:rPr>
              <w:t>SOPECIN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CARTA DE ACEPTACIÓN DE OBRA LUEGO DE EVALUACIÓN POR PARES</w:t>
      </w:r>
      <w:r>
        <w:rPr>
          <w:color w:val="5A6684"/>
          <w:sz w:val="18"/>
        </w:rPr>
        <w:br/>
        <w:t>F-08</w:t>
      </w:r>
    </w:p>
    <w:p>
      <w:pPr>
        <w:spacing w:after="120"/>
      </w:pPr>
      <w:r>
        <w:rPr>
          <w:b/>
        </w:rPr>
        <w:t xml:space="preserve">CARTA N° </w:t>
      </w:r>
      <w:r>
        <w:rPr>
          <w:b/>
          <w:color w:val="0B7A52"/>
        </w:rPr>
        <w:t>[____]</w:t>
      </w:r>
      <w:r>
        <w:rPr>
          <w:b/>
        </w:rPr>
        <w:t>-</w:t>
      </w:r>
      <w:r>
        <w:rPr>
          <w:b/>
          <w:color w:val="0B7A52"/>
        </w:rPr>
        <w:t>[año]</w:t>
      </w:r>
      <w:r>
        <w:rPr>
          <w:b/>
        </w:rPr>
        <w:t>-SOPECIN/SE</w:t>
      </w:r>
    </w:p>
    <w:p>
      <w:pPr>
        <w:spacing w:after="120"/>
        <w:jc w:val="right"/>
      </w:pPr>
      <w:r>
        <w:rPr>
          <w:b/>
          <w:color w:val="0B7A52"/>
        </w:rPr>
        <w:t>[Ciudad]</w:t>
      </w:r>
      <w:r>
        <w:rPr>
          <w:b/>
        </w:rPr>
        <w:t xml:space="preserve">, </w:t>
      </w:r>
      <w:r>
        <w:rPr>
          <w:b/>
          <w:color w:val="0B7A52"/>
        </w:rPr>
        <w:t>[día]</w:t>
      </w:r>
      <w:r>
        <w:rPr>
          <w:b/>
        </w:rPr>
        <w:t xml:space="preserve"> de </w:t>
      </w:r>
      <w:r>
        <w:rPr>
          <w:b/>
          <w:color w:val="0B7A52"/>
        </w:rPr>
        <w:t>[mes]</w:t>
      </w:r>
      <w:r>
        <w:rPr>
          <w:b/>
        </w:rPr>
        <w:t xml:space="preserve"> de </w:t>
      </w:r>
      <w:r>
        <w:rPr>
          <w:b/>
          <w:color w:val="0B7A52"/>
        </w:rPr>
        <w:t>[año]</w:t>
      </w:r>
    </w:p>
    <w:p>
      <w:pPr>
        <w:spacing w:after="160"/>
      </w:pPr>
      <w:r>
        <w:rPr>
          <w:b w:val="0"/>
        </w:rPr>
        <w:t>Señor(a)</w:t>
      </w:r>
      <w:r>
        <w:br/>
      </w:r>
      <w:r>
        <w:rPr>
          <w:b w:val="0"/>
          <w:color w:val="0B7A52"/>
        </w:rPr>
        <w:t>[Grado y nombre completo]</w:t>
      </w:r>
      <w:r>
        <w:br/>
      </w:r>
      <w:r>
        <w:rPr>
          <w:b w:val="0"/>
        </w:rPr>
        <w:t>Presente.-</w:t>
      </w:r>
    </w:p>
    <w:p>
      <w:pPr>
        <w:spacing w:after="120"/>
      </w:pPr>
      <w:r>
        <w:rPr>
          <w:b/>
        </w:rPr>
        <w:t>Asunto: Aceptación de obra luego de evaluación por pares</w:t>
      </w:r>
    </w:p>
    <w:p>
      <w:pPr>
        <w:spacing w:after="120"/>
        <w:jc w:val="both"/>
      </w:pPr>
      <w:r>
        <w:rPr>
          <w:b w:val="0"/>
        </w:rPr>
        <w:t>Por medio de la presente, la Sociedad Peruana de Ciencia e Innovación – SOPECIN comunica que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”, presentada al proceso editorial el </w:t>
      </w:r>
      <w:r>
        <w:rPr>
          <w:b w:val="0"/>
          <w:color w:val="0B7A52"/>
        </w:rPr>
        <w:t>[fecha de presentación]</w:t>
      </w:r>
      <w:r>
        <w:rPr>
          <w:b w:val="0"/>
        </w:rPr>
        <w:t xml:space="preserve"> y de autoría de </w:t>
      </w:r>
      <w:r>
        <w:rPr>
          <w:b w:val="0"/>
          <w:color w:val="0B7A52"/>
        </w:rPr>
        <w:t>[grado y nombre completo]</w:t>
      </w:r>
      <w:r>
        <w:rPr>
          <w:b w:val="0"/>
        </w:rPr>
        <w:t>, ha culminado satisfactoriamente el proceso de evaluación académica por pares establecido para publicaciones derivadas de I+D+i+e.</w:t>
      </w:r>
    </w:p>
    <w:p>
      <w:pPr>
        <w:spacing w:after="120"/>
        <w:jc w:val="both"/>
      </w:pPr>
      <w:r>
        <w:rPr>
          <w:b w:val="0"/>
        </w:rPr>
        <w:t xml:space="preserve">La obra obtuvo las calificaciones de </w:t>
      </w:r>
      <w:r>
        <w:rPr>
          <w:b w:val="0"/>
          <w:color w:val="0B7A52"/>
        </w:rPr>
        <w:t>[__]</w:t>
      </w:r>
      <w:r>
        <w:rPr>
          <w:b w:val="0"/>
        </w:rPr>
        <w:t xml:space="preserve">/100 y </w:t>
      </w:r>
      <w:r>
        <w:rPr>
          <w:b w:val="0"/>
          <w:color w:val="0B7A52"/>
        </w:rPr>
        <w:t>[__]</w:t>
      </w:r>
      <w:r>
        <w:rPr>
          <w:b w:val="0"/>
        </w:rPr>
        <w:t xml:space="preserve">/100, con un puntaje consolidado de </w:t>
      </w:r>
      <w:r>
        <w:rPr>
          <w:b w:val="0"/>
          <w:color w:val="0B7A52"/>
        </w:rPr>
        <w:t>[__]</w:t>
      </w:r>
      <w:r>
        <w:rPr>
          <w:b w:val="0"/>
        </w:rPr>
        <w:t>/100 y dictamen de ACEPTADO, por lo que queda habilitada para continuar el proceso de publicación digital bajo el Sello Editorial SOPECIN.</w:t>
      </w:r>
    </w:p>
    <w:p>
      <w:pPr>
        <w:spacing w:after="120"/>
        <w:jc w:val="both"/>
      </w:pPr>
      <w:r>
        <w:rPr>
          <w:b w:val="0"/>
        </w:rPr>
        <w:t>Como obra aprobada, podrá acceder a los aportes editoriales institucionales previstos por SOPECIN, incluyendo las gestiones correspondientes a ISBN, DOI y derecho de autor ante INDECOPI, conforme a los procedimientos institucionales y requisitos vigentes.</w:t>
      </w:r>
    </w:p>
    <w:p>
      <w:pPr>
        <w:spacing w:after="120"/>
        <w:jc w:val="both"/>
      </w:pPr>
      <w:r>
        <w:rPr>
          <w:b w:val="0"/>
        </w:rPr>
        <w:t>Atentamente,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sz w:val="22"/>
              </w:rPr>
              <w:t>Presidente(a) del Comité Evaluador</w:t>
              <w:br/>
            </w:r>
            <w:r>
              <w:rPr>
                <w:b w:val="0"/>
                <w:sz w:val="22"/>
              </w:rPr>
              <w:t>SOPECIN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SOLICITUD Y AUTORIZACIÓN PARA PUBLICACIÓN DIGITAL</w:t>
      </w:r>
      <w:r>
        <w:rPr>
          <w:color w:val="5A6684"/>
          <w:sz w:val="18"/>
        </w:rPr>
        <w:br/>
        <w:t>F-09</w:t>
      </w:r>
    </w:p>
    <w:p>
      <w:pPr>
        <w:spacing w:after="120"/>
        <w:jc w:val="right"/>
      </w:pPr>
      <w:r>
        <w:rPr>
          <w:b/>
          <w:color w:val="0B7A52"/>
        </w:rPr>
        <w:t>[Ciudad]</w:t>
      </w:r>
      <w:r>
        <w:rPr>
          <w:b/>
        </w:rPr>
        <w:t xml:space="preserve">, </w:t>
      </w:r>
      <w:r>
        <w:rPr>
          <w:b/>
          <w:color w:val="0B7A52"/>
        </w:rPr>
        <w:t>[día]</w:t>
      </w:r>
      <w:r>
        <w:rPr>
          <w:b/>
        </w:rPr>
        <w:t xml:space="preserve"> de </w:t>
      </w:r>
      <w:r>
        <w:rPr>
          <w:b/>
          <w:color w:val="0B7A52"/>
        </w:rPr>
        <w:t>[mes]</w:t>
      </w:r>
      <w:r>
        <w:rPr>
          <w:b/>
        </w:rPr>
        <w:t xml:space="preserve"> de </w:t>
      </w:r>
      <w:r>
        <w:rPr>
          <w:b/>
          <w:color w:val="0B7A52"/>
        </w:rPr>
        <w:t>[año]</w:t>
      </w:r>
    </w:p>
    <w:p>
      <w:pPr>
        <w:spacing w:after="120"/>
        <w:jc w:val="both"/>
      </w:pPr>
      <w:r>
        <w:rPr>
          <w:b w:val="0"/>
        </w:rPr>
        <w:t>Habiendo superado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 el procedimiento de evaluación por pares de SOPECIN, yo, </w:t>
      </w:r>
      <w:r>
        <w:rPr>
          <w:b w:val="0"/>
          <w:color w:val="0B7A52"/>
        </w:rPr>
        <w:t>[grado y nombre completo]</w:t>
      </w:r>
      <w:r>
        <w:rPr>
          <w:b w:val="0"/>
        </w:rPr>
        <w:t xml:space="preserve">, </w:t>
      </w:r>
      <w:r>
        <w:rPr>
          <w:b w:val="0"/>
          <w:color w:val="0B7A52"/>
        </w:rPr>
        <w:t>[autor único / en representación de los autores]</w:t>
      </w:r>
      <w:r>
        <w:rPr>
          <w:b w:val="0"/>
        </w:rPr>
        <w:t>, solicito la continuación del proceso para su publicación digital bajo el Sello Editorial SOPECIN.</w:t>
      </w:r>
    </w:p>
    <w:p>
      <w:pPr>
        <w:spacing w:after="120"/>
        <w:jc w:val="both"/>
      </w:pPr>
      <w:r>
        <w:rPr>
          <w:b w:val="0"/>
        </w:rPr>
        <w:t>Autorizo la incorporación del nombre y elementos editoriales de SOPECIN en la edición específicamente aprobada, conforme a las pautas institucionales. Esta autorización no se extiende automáticamente a reediciones, traducciones, modificaciones sustanciales o versiones posteriores.</w:t>
      </w:r>
    </w:p>
    <w:p>
      <w:pPr>
        <w:spacing w:after="120"/>
        <w:jc w:val="both"/>
      </w:pPr>
      <w:r>
        <w:rPr>
          <w:b w:val="0"/>
        </w:rPr>
        <w:t>Asimismo, manifiesto mi conformidad para que SOPECIN efectúe las gestiones editoriales correspondientes.</w:t>
      </w:r>
    </w:p>
    <w:p>
      <w:pPr>
        <w:spacing w:after="120"/>
        <w:jc w:val="both"/>
      </w:pPr>
      <w:r>
        <w:rPr>
          <w:b w:val="0"/>
        </w:rPr>
        <w:t>Respecto al registro ante INDECOPI:</w:t>
      </w:r>
    </w:p>
    <w:p>
      <w:pPr>
        <w:spacing w:after="120"/>
        <w:jc w:val="both"/>
      </w:pPr>
      <w:r>
        <w:rPr>
          <w:b w:val="0"/>
        </w:rPr>
        <w:t>(   ) SOPECIN asumirá el costo y la gestión.        (   ) Lo gestionaré de forma independiente.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color w:val="0B7A52"/>
                <w:sz w:val="22"/>
              </w:rPr>
              <w:t>[Rol en la obra]</w:t>
              <w:br/>
            </w:r>
            <w:r>
              <w:rPr>
                <w:b w:val="0"/>
                <w:sz w:val="22"/>
              </w:rPr>
              <w:t xml:space="preserve">ORCID </w:t>
            </w:r>
            <w:r>
              <w:rPr>
                <w:b w:val="0"/>
                <w:color w:val="0B7A52"/>
                <w:sz w:val="22"/>
              </w:rPr>
              <w:t>[0000-0000-0000-0000]</w:t>
            </w:r>
          </w:p>
        </w:tc>
      </w:tr>
    </w:tbl>
    <w:p>
      <w:r>
        <w:br w:type="page"/>
      </w:r>
    </w:p>
    <w:p>
      <w:pPr>
        <w:spacing w:after="280"/>
        <w:jc w:val="center"/>
      </w:pPr>
      <w:r>
        <w:rPr>
          <w:b/>
          <w:color w:val="00175C"/>
        </w:rPr>
        <w:t>CONSTANCIA DE CIERRE DEL EXPEDIENTE EDITORIAL</w:t>
      </w:r>
      <w:r>
        <w:rPr>
          <w:color w:val="5A6684"/>
          <w:sz w:val="18"/>
        </w:rPr>
        <w:br/>
        <w:t>F-10</w:t>
      </w:r>
    </w:p>
    <w:p>
      <w:pPr>
        <w:spacing w:after="120"/>
        <w:jc w:val="both"/>
      </w:pPr>
      <w:r>
        <w:rPr>
          <w:b w:val="0"/>
          <w:color w:val="0B7A52"/>
        </w:rPr>
        <w:t>[Ciudad]</w:t>
      </w:r>
      <w:r>
        <w:rPr>
          <w:b w:val="0"/>
        </w:rPr>
        <w:t xml:space="preserve">, </w:t>
      </w:r>
      <w:r>
        <w:rPr>
          <w:b w:val="0"/>
          <w:color w:val="0B7A52"/>
        </w:rPr>
        <w:t>[día]</w:t>
      </w:r>
      <w:r>
        <w:rPr>
          <w:b w:val="0"/>
        </w:rPr>
        <w:t xml:space="preserve"> de </w:t>
      </w:r>
      <w:r>
        <w:rPr>
          <w:b w:val="0"/>
          <w:color w:val="0B7A52"/>
        </w:rPr>
        <w:t>[mes]</w:t>
      </w:r>
      <w:r>
        <w:rPr>
          <w:b w:val="0"/>
        </w:rPr>
        <w:t xml:space="preserve"> de </w:t>
      </w:r>
      <w:r>
        <w:rPr>
          <w:b w:val="0"/>
          <w:color w:val="0B7A52"/>
        </w:rPr>
        <w:t>[año]</w:t>
      </w:r>
    </w:p>
    <w:p>
      <w:pPr>
        <w:spacing w:after="120"/>
        <w:jc w:val="both"/>
      </w:pPr>
      <w:r>
        <w:rPr>
          <w:b w:val="0"/>
        </w:rPr>
        <w:t>Se deja constancia de que el expediente de la obra “</w:t>
      </w:r>
      <w:r>
        <w:rPr>
          <w:b w:val="0"/>
          <w:color w:val="0B7A52"/>
        </w:rPr>
        <w:t>[Título: Subtítulo]</w:t>
      </w:r>
      <w:r>
        <w:rPr>
          <w:b w:val="0"/>
        </w:rPr>
        <w:t xml:space="preserve">” fue iniciado con su presentación el </w:t>
      </w:r>
      <w:r>
        <w:rPr>
          <w:b w:val="0"/>
          <w:color w:val="0B7A52"/>
        </w:rPr>
        <w:t>[fecha de presentación]</w:t>
      </w:r>
      <w:r>
        <w:rPr>
          <w:b w:val="0"/>
        </w:rPr>
        <w:t xml:space="preserve"> y continuó con el proceso de evaluación académica y editorial correspondiente.</w:t>
      </w:r>
    </w:p>
    <w:p>
      <w:pPr>
        <w:spacing w:after="120"/>
        <w:jc w:val="both"/>
      </w:pPr>
      <w:r>
        <w:rPr>
          <w:b w:val="0"/>
        </w:rPr>
        <w:t xml:space="preserve">Resultado de similitud: </w:t>
      </w:r>
      <w:r>
        <w:rPr>
          <w:b w:val="0"/>
          <w:color w:val="0B7A52"/>
        </w:rPr>
        <w:t>[__]</w:t>
      </w:r>
      <w:r>
        <w:rPr>
          <w:b w:val="0"/>
        </w:rPr>
        <w:t xml:space="preserve"> %. Evaluaciones por pares: </w:t>
      </w:r>
      <w:r>
        <w:rPr>
          <w:b w:val="0"/>
          <w:color w:val="0B7A52"/>
        </w:rPr>
        <w:t>[__]</w:t>
      </w:r>
      <w:r>
        <w:rPr>
          <w:b w:val="0"/>
        </w:rPr>
        <w:t xml:space="preserve">/100 y </w:t>
      </w:r>
      <w:r>
        <w:rPr>
          <w:b w:val="0"/>
          <w:color w:val="0B7A52"/>
        </w:rPr>
        <w:t>[__]</w:t>
      </w:r>
      <w:r>
        <w:rPr>
          <w:b w:val="0"/>
        </w:rPr>
        <w:t xml:space="preserve">/100. Puntaje consolidado: </w:t>
      </w:r>
      <w:r>
        <w:rPr>
          <w:b w:val="0"/>
          <w:color w:val="0B7A52"/>
        </w:rPr>
        <w:t>[__]</w:t>
      </w:r>
      <w:r>
        <w:rPr>
          <w:b w:val="0"/>
        </w:rPr>
        <w:t xml:space="preserve">/100. Dictamen: </w:t>
      </w:r>
      <w:r>
        <w:rPr>
          <w:b w:val="0"/>
          <w:color w:val="0B7A52"/>
        </w:rPr>
        <w:t>[ACEPTADO]</w:t>
      </w:r>
      <w:r>
        <w:rPr>
          <w:b w:val="0"/>
        </w:rPr>
        <w:t>.</w:t>
      </w:r>
    </w:p>
    <w:p>
      <w:pPr>
        <w:spacing w:after="120"/>
        <w:jc w:val="both"/>
      </w:pPr>
      <w:r>
        <w:rPr>
          <w:b w:val="0"/>
        </w:rPr>
        <w:t>Con la suscripción de la presente constancia, las partes dejan constancia de la continuidad del expediente hacia la publicación digital y las gestiones editoriales que correspondan.</w:t>
      </w:r>
    </w:p>
    <w:p/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sz w:val="22"/>
              </w:rPr>
              <w:t>Presidente(a) del Comité Evaluador</w:t>
              <w:br/>
            </w:r>
            <w:r>
              <w:rPr>
                <w:b w:val="0"/>
                <w:sz w:val="22"/>
              </w:rPr>
              <w:t>SOPECIN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________________________________</w:t>
              <w:br/>
            </w:r>
            <w:r>
              <w:rPr>
                <w:b w:val="0"/>
                <w:color w:val="0B7A52"/>
                <w:sz w:val="22"/>
              </w:rPr>
              <w:t>[Grado y nombre completo]</w:t>
              <w:br/>
            </w:r>
            <w:r>
              <w:rPr>
                <w:b w:val="0"/>
                <w:color w:val="0B7A52"/>
                <w:sz w:val="22"/>
              </w:rPr>
              <w:t>[Rol en la obra]</w:t>
              <w:br/>
            </w:r>
            <w:r>
              <w:rPr>
                <w:b w:val="0"/>
                <w:sz w:val="22"/>
              </w:rPr>
              <w:t xml:space="preserve">ORCID </w:t>
            </w:r>
            <w:r>
              <w:rPr>
                <w:b w:val="0"/>
                <w:color w:val="0B7A52"/>
                <w:sz w:val="22"/>
              </w:rPr>
              <w:t>[0000-0000-0000-0000]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814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12" w:space="4" w:color="3BE583"/>
      </w:pBdr>
    </w:pPr>
    <w:r>
      <w:rPr>
        <w:color w:val="5A6684"/>
        <w:sz w:val="16"/>
      </w:rPr>
      <w:t>Sociedad Peruana de Ciencia e Innovación – SOPECIN · Arequipa, Perú · publicaciones@sopecin.org.pe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12000" cy="609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609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